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6AF6" w14:textId="77777777" w:rsidR="006B1F58" w:rsidRPr="00AA2E15" w:rsidRDefault="00000000">
      <w:pPr>
        <w:spacing w:after="40"/>
        <w:jc w:val="center"/>
        <w:rPr>
          <w:rFonts w:ascii="Amasis MT Pro" w:hAnsi="Amasis MT Pro" w:cs="Times New Roman"/>
          <w:lang w:val="hu-HU"/>
        </w:rPr>
      </w:pPr>
      <w:r w:rsidRPr="00AA2E15">
        <w:rPr>
          <w:rFonts w:ascii="Amasis MT Pro" w:hAnsi="Amasis MT Pro" w:cs="Times New Roman"/>
          <w:sz w:val="28"/>
          <w:lang w:val="hu-HU"/>
        </w:rPr>
        <w:t>ELŐTERJESZTÉS</w:t>
      </w:r>
    </w:p>
    <w:p w14:paraId="05230143" w14:textId="77777777" w:rsidR="0064179A" w:rsidRDefault="0064179A" w:rsidP="0064179A">
      <w:pPr>
        <w:spacing w:after="0" w:line="312" w:lineRule="auto"/>
        <w:ind w:left="993" w:right="1132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AF411FA" w14:textId="77777777" w:rsidR="0064179A" w:rsidRDefault="0064179A" w:rsidP="0064179A">
      <w:pPr>
        <w:spacing w:after="0" w:line="312" w:lineRule="auto"/>
        <w:ind w:left="993" w:right="1132"/>
        <w:jc w:val="center"/>
        <w:rPr>
          <w:rFonts w:ascii="Times New Roman" w:hAnsi="Times New Roman" w:cs="Times New Roman"/>
          <w:b/>
          <w:sz w:val="23"/>
          <w:szCs w:val="23"/>
          <w:lang w:val="hu-HU"/>
        </w:rPr>
      </w:pPr>
      <w:r w:rsidRPr="00B87F24">
        <w:rPr>
          <w:rFonts w:ascii="Times New Roman" w:hAnsi="Times New Roman" w:cs="Times New Roman"/>
          <w:b/>
          <w:sz w:val="23"/>
          <w:szCs w:val="23"/>
          <w:lang w:val="hu-HU"/>
        </w:rPr>
        <w:t>Sóly Község Önkormányzata Képviselő-testülete 2026. október 29. napján tartandó nyilvános, önálló ülésére</w:t>
      </w:r>
    </w:p>
    <w:p w14:paraId="101123B0" w14:textId="77777777" w:rsidR="00B87F24" w:rsidRPr="00B87F24" w:rsidRDefault="00B87F24" w:rsidP="0064179A">
      <w:pPr>
        <w:spacing w:after="0" w:line="312" w:lineRule="auto"/>
        <w:ind w:left="993" w:right="1132"/>
        <w:jc w:val="center"/>
        <w:rPr>
          <w:rFonts w:ascii="Times New Roman" w:hAnsi="Times New Roman" w:cs="Times New Roman"/>
          <w:b/>
          <w:sz w:val="23"/>
          <w:szCs w:val="23"/>
          <w:lang w:val="hu-HU"/>
        </w:rPr>
      </w:pPr>
    </w:p>
    <w:p w14:paraId="43835F0A" w14:textId="77777777" w:rsidR="006B1F58" w:rsidRPr="00B87F24" w:rsidRDefault="00000000">
      <w:pPr>
        <w:spacing w:after="6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Tárgy:</w:t>
      </w:r>
      <w:r w:rsidRPr="00B87F24">
        <w:rPr>
          <w:rFonts w:ascii="Amasis MT Pro" w:hAnsi="Amasis MT Pro" w:cs="Times New Roman"/>
          <w:lang w:val="hu-HU"/>
        </w:rPr>
        <w:t xml:space="preserve"> A Művelődési Ház terembérleti és konyhahasználati díjainak megállapítása, valamint a helyi civil és közösségi szerveződések teremhasználatának szabályozása.</w:t>
      </w:r>
    </w:p>
    <w:p w14:paraId="21E1D881" w14:textId="318AB543" w:rsidR="006B1F58" w:rsidRPr="00B87F24" w:rsidRDefault="00000000">
      <w:pPr>
        <w:spacing w:after="6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Előterjesztő:</w:t>
      </w:r>
      <w:r w:rsidRPr="00B87F24">
        <w:rPr>
          <w:rFonts w:ascii="Amasis MT Pro" w:hAnsi="Amasis MT Pro" w:cs="Times New Roman"/>
          <w:lang w:val="hu-HU"/>
        </w:rPr>
        <w:t xml:space="preserve"> </w:t>
      </w:r>
      <w:r w:rsidR="00AA2E15" w:rsidRPr="00B87F24">
        <w:rPr>
          <w:rFonts w:ascii="Amasis MT Pro" w:hAnsi="Amasis MT Pro" w:cs="Times New Roman"/>
          <w:lang w:val="hu-HU"/>
        </w:rPr>
        <w:t>Ispán Krisztina polgármester</w:t>
      </w:r>
    </w:p>
    <w:p w14:paraId="703B867B" w14:textId="3158A601" w:rsidR="006B1F58" w:rsidRPr="00B87F24" w:rsidRDefault="00AA2E15">
      <w:pPr>
        <w:spacing w:after="36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Részt vett:</w:t>
      </w:r>
      <w:r w:rsidRPr="00B87F24">
        <w:rPr>
          <w:rFonts w:ascii="Amasis MT Pro" w:hAnsi="Amasis MT Pro" w:cs="Times New Roman"/>
          <w:lang w:val="hu-HU"/>
        </w:rPr>
        <w:t xml:space="preserve"> Horváth Viktória művelődésszervező</w:t>
      </w:r>
    </w:p>
    <w:p w14:paraId="36A310AC" w14:textId="30E545F6" w:rsidR="006B1F58" w:rsidRPr="00B87F24" w:rsidRDefault="00000000" w:rsidP="00B87F24">
      <w:pPr>
        <w:spacing w:after="240"/>
        <w:jc w:val="center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Tisztelt Képviselő-testület!</w:t>
      </w:r>
    </w:p>
    <w:p w14:paraId="6E86C86B" w14:textId="2AF448E4" w:rsidR="00AA2E15" w:rsidRPr="00B87F24" w:rsidRDefault="00AA2E15" w:rsidP="00AA2E15">
      <w:pPr>
        <w:spacing w:after="24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eastAsia="Times New Roman" w:hAnsi="Amasis MT Pro" w:cs="Times New Roman"/>
          <w:lang w:val="hu-HU" w:eastAsia="hu-HU"/>
        </w:rPr>
        <w:t xml:space="preserve">A Képviselő-testület a </w:t>
      </w:r>
      <w:r w:rsidRPr="00B87F24">
        <w:rPr>
          <w:rFonts w:ascii="Amasis MT Pro" w:hAnsi="Amasis MT Pro"/>
          <w:bCs/>
          <w:color w:val="000000"/>
          <w:lang w:val="hu-HU"/>
        </w:rPr>
        <w:t xml:space="preserve">56/2022. (IX.29.) határozat </w:t>
      </w:r>
      <w:r w:rsidRPr="00B87F24">
        <w:rPr>
          <w:rFonts w:ascii="Amasis MT Pro" w:eastAsia="Times New Roman" w:hAnsi="Amasis MT Pro" w:cs="Times New Roman"/>
          <w:lang w:val="hu-HU" w:eastAsia="hu-HU"/>
        </w:rPr>
        <w:t>számú önkormányzati határozatával állapította meg a Művelődési ház bérleti díját.</w:t>
      </w:r>
    </w:p>
    <w:p w14:paraId="28C37738" w14:textId="676D7DFA" w:rsidR="006B1F58" w:rsidRPr="00B87F24" w:rsidRDefault="00000000" w:rsidP="00B87F24">
      <w:pPr>
        <w:spacing w:after="24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 xml:space="preserve">A </w:t>
      </w:r>
      <w:proofErr w:type="spellStart"/>
      <w:r w:rsidRPr="00B87F24">
        <w:rPr>
          <w:rFonts w:ascii="Amasis MT Pro" w:hAnsi="Amasis MT Pro" w:cs="Times New Roman"/>
          <w:lang w:val="hu-HU"/>
        </w:rPr>
        <w:t>sólyi</w:t>
      </w:r>
      <w:proofErr w:type="spellEnd"/>
      <w:r w:rsidRPr="00B87F24">
        <w:rPr>
          <w:rFonts w:ascii="Amasis MT Pro" w:hAnsi="Amasis MT Pro" w:cs="Times New Roman"/>
          <w:lang w:val="hu-HU"/>
        </w:rPr>
        <w:t xml:space="preserve"> kulturális élet és a közösségi tevékenységek hatékonyabb koordinálása, valamint a Művelődési Ház infrastrukturális fejlesztéseinek (különösen az új konyha kialakításának) fenntarthatósága érdekében szükséges a korábbi, mára elavult terembérleti díjak felülvizsgálata, az új szolgáltatások beárazása.</w:t>
      </w:r>
    </w:p>
    <w:p w14:paraId="6DC165EC" w14:textId="77777777" w:rsidR="006B1F58" w:rsidRPr="00B87F24" w:rsidRDefault="00000000">
      <w:pPr>
        <w:spacing w:after="24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>Az alábbiakban terjesztem elő a módosításra vonatkozó szakmai javaslatot:</w:t>
      </w:r>
    </w:p>
    <w:p w14:paraId="2F7012FC" w14:textId="77777777" w:rsidR="006B1F58" w:rsidRPr="00B87F24" w:rsidRDefault="00000000">
      <w:pPr>
        <w:keepNext/>
        <w:spacing w:before="240" w:after="8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1. Új terembérleti és konyhahasználati díjak magáncélú igénybevétel esetén</w:t>
      </w:r>
    </w:p>
    <w:p w14:paraId="799517F3" w14:textId="77777777" w:rsidR="006B1F58" w:rsidRPr="00B87F24" w:rsidRDefault="00000000" w:rsidP="00B87F24">
      <w:pPr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>Az évek óta változatlan, elavult terembérleti díjak miatt indokolt a tarifák felülvizsgálata. Amennyiben a Művelődési Házat vagy annak konyháját magáncélra (pl. családi rendezvények, születésnapok, lakodalmak, privát összejövetelek), illetve kereskedelmi/profitorientált célra veszik igénybe, a bérlő a teljes díjat köteles megfizetni:</w:t>
      </w:r>
    </w:p>
    <w:p w14:paraId="67C4AD47" w14:textId="77777777" w:rsidR="006B1F58" w:rsidRPr="00B87F24" w:rsidRDefault="00000000" w:rsidP="00B87F24">
      <w:pPr>
        <w:pStyle w:val="Felsorols"/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 xml:space="preserve"> A terembérlet díja: 3000 Ft / óra (elszámolása a kulcs átadásától a kulcs visszavételéig eltelt időszak alapján történik).</w:t>
      </w:r>
    </w:p>
    <w:p w14:paraId="7F385B20" w14:textId="77777777" w:rsidR="006B1F58" w:rsidRPr="00B87F24" w:rsidRDefault="00000000" w:rsidP="00B87F24">
      <w:pPr>
        <w:pStyle w:val="Felsorols"/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 xml:space="preserve"> A konyha bérleti díja: 10 000 Ft / alkalom (a használat kauciómentes).</w:t>
      </w:r>
    </w:p>
    <w:p w14:paraId="300CCEC4" w14:textId="77777777" w:rsidR="006B1F58" w:rsidRPr="00B87F24" w:rsidRDefault="00000000">
      <w:pPr>
        <w:keepNext/>
        <w:spacing w:before="240" w:after="8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2. Helyi civil szervezetek, közösségek és klubok kedvezményes használata</w:t>
      </w:r>
    </w:p>
    <w:p w14:paraId="7664FDA8" w14:textId="77777777" w:rsidR="006B1F58" w:rsidRPr="00B87F24" w:rsidRDefault="00000000" w:rsidP="00B87F24">
      <w:pPr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 xml:space="preserve">A </w:t>
      </w:r>
      <w:proofErr w:type="spellStart"/>
      <w:r w:rsidRPr="00B87F24">
        <w:rPr>
          <w:rFonts w:ascii="Amasis MT Pro" w:hAnsi="Amasis MT Pro" w:cs="Times New Roman"/>
          <w:lang w:val="hu-HU"/>
        </w:rPr>
        <w:t>sólyi</w:t>
      </w:r>
      <w:proofErr w:type="spellEnd"/>
      <w:r w:rsidRPr="00B87F24">
        <w:rPr>
          <w:rFonts w:ascii="Amasis MT Pro" w:hAnsi="Amasis MT Pro" w:cs="Times New Roman"/>
          <w:lang w:val="hu-HU"/>
        </w:rPr>
        <w:t xml:space="preserve"> közösségi élet és a helyi identitás megerősítése érdekében a helyi kezdeményezések támogatására az alábbi többszintű kedvezményrendszer bevezetését javaslom:</w:t>
      </w:r>
    </w:p>
    <w:p w14:paraId="1B6408AD" w14:textId="77777777" w:rsidR="006B1F58" w:rsidRPr="00B87F24" w:rsidRDefault="00000000" w:rsidP="00B87F24">
      <w:pPr>
        <w:spacing w:after="8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Évi háromszori díjmentes terem- és konyhahasználat a Sólyban bejegyzett szervezetek részére</w:t>
      </w:r>
    </w:p>
    <w:p w14:paraId="67AD8506" w14:textId="77777777" w:rsidR="006B1F58" w:rsidRPr="00B87F24" w:rsidRDefault="00000000" w:rsidP="00B87F24">
      <w:pPr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 xml:space="preserve">A Sólyban bejegyzett civil szervezetek és egyesületek évente legfeljebb 3 alkalommal díjmentesen használhatják a Művelődési Ház termét és a konyhát is eseti rendezvényeik megvalósításához, amennyiben a program a </w:t>
      </w:r>
      <w:proofErr w:type="spellStart"/>
      <w:r w:rsidRPr="00B87F24">
        <w:rPr>
          <w:rFonts w:ascii="Amasis MT Pro" w:hAnsi="Amasis MT Pro" w:cs="Times New Roman"/>
          <w:lang w:val="hu-HU"/>
        </w:rPr>
        <w:t>sólyi</w:t>
      </w:r>
      <w:proofErr w:type="spellEnd"/>
      <w:r w:rsidRPr="00B87F24">
        <w:rPr>
          <w:rFonts w:ascii="Amasis MT Pro" w:hAnsi="Amasis MT Pro" w:cs="Times New Roman"/>
          <w:lang w:val="hu-HU"/>
        </w:rPr>
        <w:t xml:space="preserve"> lakosságot célozza meg, közcélú, közösségépítő vagy közösségmegtartó erővel bír, és megfelel a következő feltételeknek:</w:t>
      </w:r>
    </w:p>
    <w:p w14:paraId="06D52F85" w14:textId="77777777" w:rsidR="006B1F58" w:rsidRPr="00B87F24" w:rsidRDefault="00000000" w:rsidP="00B87F24">
      <w:pPr>
        <w:spacing w:after="8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lastRenderedPageBreak/>
        <w:t>1.</w:t>
      </w:r>
      <w:r w:rsidRPr="00B87F24">
        <w:rPr>
          <w:rFonts w:ascii="Amasis MT Pro" w:hAnsi="Amasis MT Pro" w:cs="Times New Roman"/>
          <w:lang w:val="hu-HU"/>
        </w:rPr>
        <w:t xml:space="preserve"> A rendezvény a szervezők számára nem generál profitot. Amennyiben a programhoz kapcsolódik is támogatói jegy vagy belépődíj, az abból származó teljes bevétel igazolhatóan kizárólag a rendezvény közvetlen önköltségét (pl. alapanyagok, fellépők díja) fedezi.</w:t>
      </w:r>
    </w:p>
    <w:p w14:paraId="3B8CA9DA" w14:textId="77777777" w:rsidR="006B1F58" w:rsidRPr="00B87F24" w:rsidRDefault="00000000" w:rsidP="00B87F24">
      <w:pPr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2.</w:t>
      </w:r>
      <w:r w:rsidRPr="00B87F24">
        <w:rPr>
          <w:rFonts w:ascii="Amasis MT Pro" w:hAnsi="Amasis MT Pro" w:cs="Times New Roman"/>
          <w:lang w:val="hu-HU"/>
        </w:rPr>
        <w:t xml:space="preserve"> A feltételek teljesülése esetén a mentesség a konyha használati díjára is kiterjed.</w:t>
      </w:r>
    </w:p>
    <w:p w14:paraId="1E5CF44D" w14:textId="69D1EC4F" w:rsidR="006B1F58" w:rsidRPr="00B87F24" w:rsidRDefault="00000000" w:rsidP="00B87F24">
      <w:pPr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Szankció: </w:t>
      </w:r>
      <w:r w:rsidRPr="00B87F24">
        <w:rPr>
          <w:rFonts w:ascii="Amasis MT Pro" w:hAnsi="Amasis MT Pro" w:cs="Times New Roman"/>
          <w:lang w:val="hu-HU"/>
        </w:rPr>
        <w:t>Amennyiben a rendezvény a költségek levonása után mégis haszonnal zárul, a szerveződés utólag a teljes terembérleti és konyhahasználati díj megfizetésére köteles.</w:t>
      </w:r>
    </w:p>
    <w:p w14:paraId="6F14FB39" w14:textId="77777777" w:rsidR="006B1F58" w:rsidRPr="00B87F24" w:rsidRDefault="00000000">
      <w:pPr>
        <w:keepNext/>
        <w:spacing w:before="240" w:after="8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3. Rendszeres tevékenységet végző közösségek mentessége</w:t>
      </w:r>
    </w:p>
    <w:p w14:paraId="12F69DF7" w14:textId="77777777" w:rsidR="006B1F58" w:rsidRPr="00B87F24" w:rsidRDefault="00000000" w:rsidP="00B87F24">
      <w:pPr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>A Művelődési Házban heti vagy rendszeres időközönként próbát, foglalkozást tartó öntevékeny csoportok (bejegyzett alapítványok, egyesületek, valamint be nem jegyzett, önszerveződő helyi klubok) számára a rendszeres teremhasználat teljesen díjmentes.</w:t>
      </w:r>
    </w:p>
    <w:p w14:paraId="1A16C1B5" w14:textId="77777777" w:rsidR="006B1F58" w:rsidRPr="00B87F24" w:rsidRDefault="00000000" w:rsidP="00B87F24">
      <w:pPr>
        <w:spacing w:after="24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• </w:t>
      </w:r>
      <w:r w:rsidRPr="00B87F24">
        <w:rPr>
          <w:rFonts w:ascii="Amasis MT Pro" w:hAnsi="Amasis MT Pro" w:cs="Times New Roman"/>
          <w:lang w:val="hu-HU"/>
        </w:rPr>
        <w:t xml:space="preserve"> A díjmentesség feltétele, hogy ezen közösségek a helyi önkormányzati és társadalmi rendezvényeken való fellépéseikkel, valamint folyamatos közösségmegtartó és értékközvetítő tevékenységükkel közvetlenül gazdagítják és fenntartják a település programkínálatát, aktív és értékes közösségi életet biztosít a </w:t>
      </w:r>
      <w:proofErr w:type="spellStart"/>
      <w:r w:rsidRPr="00B87F24">
        <w:rPr>
          <w:rFonts w:ascii="Amasis MT Pro" w:hAnsi="Amasis MT Pro" w:cs="Times New Roman"/>
          <w:lang w:val="hu-HU"/>
        </w:rPr>
        <w:t>sólyi</w:t>
      </w:r>
      <w:proofErr w:type="spellEnd"/>
      <w:r w:rsidRPr="00B87F24">
        <w:rPr>
          <w:rFonts w:ascii="Amasis MT Pro" w:hAnsi="Amasis MT Pro" w:cs="Times New Roman"/>
          <w:lang w:val="hu-HU"/>
        </w:rPr>
        <w:t xml:space="preserve"> lakosok számára.</w:t>
      </w:r>
    </w:p>
    <w:p w14:paraId="76120056" w14:textId="77777777" w:rsidR="006B1F58" w:rsidRPr="00B87F24" w:rsidRDefault="00000000">
      <w:pPr>
        <w:keepNext/>
        <w:spacing w:before="240" w:after="8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Foglalási szabályok és az Önkormányzati prioritás</w:t>
      </w:r>
    </w:p>
    <w:p w14:paraId="2BA3DD4D" w14:textId="77777777" w:rsidR="006B1F58" w:rsidRPr="00B87F24" w:rsidRDefault="00000000" w:rsidP="00B87F24">
      <w:pPr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>A rendezvények ütközésének elkerülése érdekében a terem biztosítása a bejegyzett és be nem jegyzett formációk részére az alábbi szabályok szerint történik:</w:t>
      </w:r>
    </w:p>
    <w:p w14:paraId="486DA8C4" w14:textId="0784CBD0" w:rsidR="006B1F58" w:rsidRPr="00B87F24" w:rsidRDefault="00000000" w:rsidP="00B87F24">
      <w:pPr>
        <w:pStyle w:val="Felsorols"/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>A Művelődési Ház helyiségeit a megnevezett dátumok és az intézményvezetővel előre egyeztetett naptár figyelembevételével lehet igénybe venni.</w:t>
      </w:r>
    </w:p>
    <w:p w14:paraId="31F04038" w14:textId="356388B6" w:rsidR="006B1F58" w:rsidRPr="00B87F24" w:rsidRDefault="00000000" w:rsidP="00B87F24">
      <w:pPr>
        <w:spacing w:after="24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Elsőbbségi szabály: </w:t>
      </w:r>
      <w:r w:rsidRPr="00B87F24">
        <w:rPr>
          <w:rFonts w:ascii="Amasis MT Pro" w:hAnsi="Amasis MT Pro" w:cs="Times New Roman"/>
          <w:lang w:val="hu-HU"/>
        </w:rPr>
        <w:t>A naptár összeállításánál és a szabad időpontok kiosztásánál a Sóly Község Önkormányzata által szervezett hivatalos rendezvények és ünnepségek minden esetben abszolút elsőbbséget</w:t>
      </w:r>
      <w:r w:rsidR="00B50F95" w:rsidRPr="00B87F24">
        <w:rPr>
          <w:rFonts w:ascii="Amasis MT Pro" w:hAnsi="Amasis MT Pro" w:cs="Times New Roman"/>
          <w:lang w:val="hu-HU"/>
        </w:rPr>
        <w:t xml:space="preserve"> </w:t>
      </w:r>
      <w:r w:rsidRPr="00B87F24">
        <w:rPr>
          <w:rFonts w:ascii="Amasis MT Pro" w:hAnsi="Amasis MT Pro" w:cs="Times New Roman"/>
          <w:lang w:val="hu-HU"/>
        </w:rPr>
        <w:t>élveznek. Amennyiben egy civil rendezvény időpontja önkormányzati programmal ütközik, a civil szerveződés köteles új, egyeztetett időpontot választani.</w:t>
      </w:r>
    </w:p>
    <w:p w14:paraId="68DC7617" w14:textId="77777777" w:rsidR="006B1F58" w:rsidRPr="00B87F24" w:rsidRDefault="00000000">
      <w:pPr>
        <w:keepNext/>
        <w:spacing w:before="240" w:after="8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Konyhahasználati feltételek és anyagi felelősségvállalás</w:t>
      </w:r>
    </w:p>
    <w:p w14:paraId="6CAB30B6" w14:textId="77777777" w:rsidR="006B1F58" w:rsidRPr="00B87F24" w:rsidRDefault="00000000" w:rsidP="00B87F24">
      <w:pPr>
        <w:spacing w:after="12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>A Művelődési Ház újonnan kialakított konyhájának és nagy értékű gépparkjának megóvása érdekében a használat – a bérleti díj megfizetésétől vagy a díjmentességtől függetlenül – az alábbi szigorú feltételekhez kötött:</w:t>
      </w:r>
    </w:p>
    <w:p w14:paraId="7E78A695" w14:textId="46808B2E" w:rsidR="006B1F58" w:rsidRPr="00B87F24" w:rsidRDefault="00000000" w:rsidP="00B87F24">
      <w:pPr>
        <w:spacing w:after="8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Felelősségvállalás és helyrehozatal: </w:t>
      </w:r>
      <w:r w:rsidRPr="00B87F24">
        <w:rPr>
          <w:rFonts w:ascii="Amasis MT Pro" w:hAnsi="Amasis MT Pro" w:cs="Times New Roman"/>
          <w:lang w:val="hu-HU"/>
        </w:rPr>
        <w:t xml:space="preserve">A konyha használója (bérlő vagy kijelölt rendezvényszervező) a kulcsok átvételével teljes körű anyagi és jogi felelősséget vállal a helyiségért és a berendezési tárgyakért. A konyhában történő rongálás, károkozás, vagy a gépek nem rendeltetésszerű használatából eredő meghibásodás esetén a használó köteles azt saját költségén </w:t>
      </w:r>
      <w:proofErr w:type="spellStart"/>
      <w:r w:rsidRPr="00B87F24">
        <w:rPr>
          <w:rFonts w:ascii="Amasis MT Pro" w:hAnsi="Amasis MT Pro" w:cs="Times New Roman"/>
          <w:lang w:val="hu-HU"/>
        </w:rPr>
        <w:t>teljeskörűen</w:t>
      </w:r>
      <w:proofErr w:type="spellEnd"/>
      <w:r w:rsidRPr="00B87F24">
        <w:rPr>
          <w:rFonts w:ascii="Amasis MT Pro" w:hAnsi="Amasis MT Pro" w:cs="Times New Roman"/>
          <w:lang w:val="hu-HU"/>
        </w:rPr>
        <w:t xml:space="preserve"> helyrehozni, az eredeti állapotot visszaállítani, illetve a keletkezett kárt megtéríteni.</w:t>
      </w:r>
    </w:p>
    <w:p w14:paraId="759B94B1" w14:textId="4C682E1D" w:rsidR="006B1F58" w:rsidRPr="00B87F24" w:rsidRDefault="00000000" w:rsidP="00B87F24">
      <w:pPr>
        <w:spacing w:after="24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Tisztasági kötelezettség:</w:t>
      </w:r>
      <w:r w:rsidRPr="00B87F24">
        <w:rPr>
          <w:rFonts w:ascii="Amasis MT Pro" w:hAnsi="Amasis MT Pro" w:cs="Times New Roman"/>
          <w:lang w:val="hu-HU"/>
        </w:rPr>
        <w:t xml:space="preserve"> A használó köteles betartani az élelmiszerbiztonsági előírásokat. A bérlőt a rendezvény után szigorú tisztasági kötelezettség terheli: a konyhát kitakarított, elmosogatott állapotban köteles visszaadni a kulcs leadásakor.</w:t>
      </w:r>
    </w:p>
    <w:p w14:paraId="6CA44029" w14:textId="77777777" w:rsidR="006B1F58" w:rsidRPr="00B87F24" w:rsidRDefault="00000000">
      <w:pPr>
        <w:spacing w:after="48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lastRenderedPageBreak/>
        <w:t>Kérem a Tisztelt Képviselő-testületet, hogy a fenti szempontokat figyelembe véve, az előterjesztést megtárgyalni szíveskedjen.</w:t>
      </w:r>
    </w:p>
    <w:p w14:paraId="743E5A74" w14:textId="77777777" w:rsidR="006B1F58" w:rsidRDefault="00000000">
      <w:pPr>
        <w:keepNext/>
        <w:spacing w:before="360" w:after="120"/>
        <w:rPr>
          <w:rFonts w:ascii="Amasis MT Pro" w:hAnsi="Amasis MT Pro" w:cs="Times New Roman"/>
          <w:b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>HATÁROZATI JAVASLAT</w:t>
      </w:r>
    </w:p>
    <w:p w14:paraId="08D209FA" w14:textId="7343ED12" w:rsidR="00957B27" w:rsidRPr="00957B27" w:rsidRDefault="00957B27" w:rsidP="00957B27">
      <w:pPr>
        <w:tabs>
          <w:tab w:val="left" w:pos="567"/>
        </w:tabs>
        <w:spacing w:after="0" w:line="312" w:lineRule="auto"/>
        <w:rPr>
          <w:rFonts w:ascii="Amasis MT Pro" w:hAnsi="Amasis MT Pro" w:cs="Times New Roman"/>
          <w:u w:val="single"/>
          <w:lang w:val="hu-HU"/>
        </w:rPr>
      </w:pPr>
      <w:r w:rsidRPr="00957B27">
        <w:rPr>
          <w:rFonts w:ascii="Amasis MT Pro" w:hAnsi="Amasis MT Pro" w:cs="Times New Roman"/>
          <w:u w:val="single"/>
          <w:lang w:val="hu-HU"/>
        </w:rPr>
        <w:t xml:space="preserve">       /2026 (X.29.) határozat</w:t>
      </w:r>
    </w:p>
    <w:p w14:paraId="17211432" w14:textId="77777777" w:rsidR="006B1F58" w:rsidRPr="00B87F24" w:rsidRDefault="00000000">
      <w:pPr>
        <w:spacing w:after="16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>Sóly Község Önkormányzatának Képviselő-testülete megtárgyalta a Művelődési Ház terembérletére vonatkozó előterjesztést, és az alábbi döntést hozza:</w:t>
      </w:r>
    </w:p>
    <w:p w14:paraId="6B1085F9" w14:textId="5118D7F3" w:rsidR="006B1F58" w:rsidRPr="00B87F24" w:rsidRDefault="00000000">
      <w:pPr>
        <w:spacing w:after="8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1. </w:t>
      </w:r>
      <w:r w:rsidRPr="00B87F24">
        <w:rPr>
          <w:rFonts w:ascii="Amasis MT Pro" w:hAnsi="Amasis MT Pro" w:cs="Times New Roman"/>
          <w:lang w:val="hu-HU"/>
        </w:rPr>
        <w:t xml:space="preserve"> A Képviselő-testület a Művelődési Ház új terembérleti díját magán- és profitorientált célra 3000 Ft/óra </w:t>
      </w:r>
      <w:r w:rsidR="006A4D5A" w:rsidRPr="00B87F24">
        <w:rPr>
          <w:rFonts w:ascii="Amasis MT Pro" w:hAnsi="Amasis MT Pro" w:cs="Times New Roman"/>
          <w:lang w:val="hu-HU"/>
        </w:rPr>
        <w:t xml:space="preserve">(alanyi </w:t>
      </w:r>
      <w:r w:rsidR="001175CC" w:rsidRPr="00B87F24">
        <w:rPr>
          <w:rFonts w:ascii="Amasis MT Pro" w:hAnsi="Amasis MT Pro" w:cs="Times New Roman"/>
          <w:lang w:val="hu-HU"/>
        </w:rPr>
        <w:t>adó</w:t>
      </w:r>
      <w:r w:rsidR="006A4D5A" w:rsidRPr="00B87F24">
        <w:rPr>
          <w:rFonts w:ascii="Amasis MT Pro" w:hAnsi="Amasis MT Pro" w:cs="Times New Roman"/>
          <w:lang w:val="hu-HU"/>
        </w:rPr>
        <w:t xml:space="preserve">mentes) </w:t>
      </w:r>
      <w:r w:rsidRPr="00B87F24">
        <w:rPr>
          <w:rFonts w:ascii="Amasis MT Pro" w:hAnsi="Amasis MT Pro" w:cs="Times New Roman"/>
          <w:lang w:val="hu-HU"/>
        </w:rPr>
        <w:t xml:space="preserve">összegben, az új konyha bérleti díját pedig 10 000 Ft/alkalom </w:t>
      </w:r>
      <w:r w:rsidR="006A4D5A" w:rsidRPr="00B87F24">
        <w:rPr>
          <w:rFonts w:ascii="Amasis MT Pro" w:hAnsi="Amasis MT Pro" w:cs="Times New Roman"/>
          <w:lang w:val="hu-HU"/>
        </w:rPr>
        <w:t xml:space="preserve">(alanyi </w:t>
      </w:r>
      <w:r w:rsidR="001175CC" w:rsidRPr="00B87F24">
        <w:rPr>
          <w:rFonts w:ascii="Amasis MT Pro" w:hAnsi="Amasis MT Pro" w:cs="Times New Roman"/>
          <w:lang w:val="hu-HU"/>
        </w:rPr>
        <w:t>adó</w:t>
      </w:r>
      <w:r w:rsidR="006A4D5A" w:rsidRPr="00B87F24">
        <w:rPr>
          <w:rFonts w:ascii="Amasis MT Pro" w:hAnsi="Amasis MT Pro" w:cs="Times New Roman"/>
          <w:lang w:val="hu-HU"/>
        </w:rPr>
        <w:t xml:space="preserve">mentes) </w:t>
      </w:r>
      <w:r w:rsidR="00B50F95" w:rsidRPr="00B87F24">
        <w:rPr>
          <w:rFonts w:ascii="Amasis MT Pro" w:hAnsi="Amasis MT Pro" w:cs="Times New Roman"/>
          <w:lang w:val="hu-HU"/>
        </w:rPr>
        <w:t>összegben</w:t>
      </w:r>
      <w:r w:rsidRPr="00B87F24">
        <w:rPr>
          <w:rFonts w:ascii="Amasis MT Pro" w:hAnsi="Amasis MT Pro" w:cs="Times New Roman"/>
          <w:lang w:val="hu-HU"/>
        </w:rPr>
        <w:t xml:space="preserve"> állapítja meg</w:t>
      </w:r>
      <w:r w:rsidR="006A4D5A" w:rsidRPr="00B87F24">
        <w:rPr>
          <w:rFonts w:ascii="Amasis MT Pro" w:hAnsi="Amasis MT Pro" w:cs="Times New Roman"/>
          <w:lang w:val="hu-HU"/>
        </w:rPr>
        <w:t>.</w:t>
      </w:r>
      <w:r w:rsidR="004F1EF5" w:rsidRPr="00B87F24">
        <w:rPr>
          <w:rFonts w:ascii="Amasis MT Pro" w:hAnsi="Amasis MT Pro" w:cs="Times New Roman"/>
          <w:lang w:val="hu-HU"/>
        </w:rPr>
        <w:t>2027 november 1-ei hatállyal.</w:t>
      </w:r>
    </w:p>
    <w:p w14:paraId="73F08A0E" w14:textId="77777777" w:rsidR="006B1F58" w:rsidRPr="00B87F24" w:rsidRDefault="00000000" w:rsidP="00B87F24">
      <w:pPr>
        <w:spacing w:after="8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2. </w:t>
      </w:r>
      <w:r w:rsidRPr="00B87F24">
        <w:rPr>
          <w:rFonts w:ascii="Amasis MT Pro" w:hAnsi="Amasis MT Pro" w:cs="Times New Roman"/>
          <w:lang w:val="hu-HU"/>
        </w:rPr>
        <w:t xml:space="preserve"> A Képviselő-testület jóváhagyja, hogy a konyha mindenkori használója teljes körű anyagi felelősséggel tartozik a berendezésért, és rongálás vagy meghibásodás esetén köteles azt saját költségén helyrehozni.</w:t>
      </w:r>
    </w:p>
    <w:p w14:paraId="6DED2ACD" w14:textId="77777777" w:rsidR="006B1F58" w:rsidRPr="00B87F24" w:rsidRDefault="00000000" w:rsidP="00B87F24">
      <w:pPr>
        <w:spacing w:after="8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3. </w:t>
      </w:r>
      <w:r w:rsidRPr="00B87F24">
        <w:rPr>
          <w:rFonts w:ascii="Amasis MT Pro" w:hAnsi="Amasis MT Pro" w:cs="Times New Roman"/>
          <w:lang w:val="hu-HU"/>
        </w:rPr>
        <w:t xml:space="preserve"> A Képviselő-testület jóváhagyja a Sólyban bejegyzett civil szervezetek és egyesületek eseti (évi 3 alkalom), valamint a helyi klubok rendszeres díjmentes terem- és konyhahasználati jogát, amennyiben azok kötelezően teljesítik a profitmentes, közösségépítő, valamint a települési rendezvényeken való aktív, közösségmegtartó közreműködési feltételeket.</w:t>
      </w:r>
    </w:p>
    <w:p w14:paraId="3E8FF415" w14:textId="77777777" w:rsidR="006B1F58" w:rsidRPr="00B87F24" w:rsidRDefault="00000000" w:rsidP="00B87F24">
      <w:pPr>
        <w:spacing w:after="80"/>
        <w:jc w:val="both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4. </w:t>
      </w:r>
      <w:r w:rsidRPr="00B87F24">
        <w:rPr>
          <w:rFonts w:ascii="Amasis MT Pro" w:hAnsi="Amasis MT Pro" w:cs="Times New Roman"/>
          <w:lang w:val="hu-HU"/>
        </w:rPr>
        <w:t xml:space="preserve"> A Képviselő-testület elrendeli, hogy a teremfoglalások során az önkormányzati rendezvények elsőbbséget élveznek.</w:t>
      </w:r>
    </w:p>
    <w:p w14:paraId="6A33B88E" w14:textId="5C5037A3" w:rsidR="006A4D5A" w:rsidRPr="00B87F24" w:rsidRDefault="00000000" w:rsidP="00A93255">
      <w:pPr>
        <w:pStyle w:val="Szvegtrzsbehzssal"/>
        <w:tabs>
          <w:tab w:val="left" w:pos="567"/>
        </w:tabs>
        <w:overflowPunct w:val="0"/>
        <w:autoSpaceDE w:val="0"/>
        <w:autoSpaceDN w:val="0"/>
        <w:adjustRightInd w:val="0"/>
        <w:spacing w:after="0" w:line="312" w:lineRule="auto"/>
        <w:ind w:left="0"/>
        <w:jc w:val="both"/>
        <w:rPr>
          <w:rFonts w:ascii="Amasis MT Pro" w:hAnsi="Amasis MT Pro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5. </w:t>
      </w:r>
      <w:r w:rsidRPr="00B87F24">
        <w:rPr>
          <w:rFonts w:ascii="Amasis MT Pro" w:hAnsi="Amasis MT Pro" w:cs="Times New Roman"/>
          <w:lang w:val="hu-HU"/>
        </w:rPr>
        <w:t xml:space="preserve"> </w:t>
      </w:r>
      <w:r w:rsidR="006A4D5A" w:rsidRPr="00B87F24">
        <w:rPr>
          <w:rFonts w:ascii="Amasis MT Pro" w:hAnsi="Amasis MT Pro"/>
          <w:lang w:val="hu-HU"/>
        </w:rPr>
        <w:t xml:space="preserve">A Képviselő-testület 2027. november 1. napjától visszavonja a </w:t>
      </w:r>
      <w:r w:rsidR="006A4D5A" w:rsidRPr="00B87F24">
        <w:rPr>
          <w:rFonts w:ascii="Amasis MT Pro" w:hAnsi="Amasis MT Pro"/>
          <w:bCs/>
          <w:color w:val="000000"/>
          <w:lang w:val="hu-HU"/>
        </w:rPr>
        <w:t xml:space="preserve">56/2022. (IX.29.) </w:t>
      </w:r>
      <w:r w:rsidR="006A4D5A" w:rsidRPr="00B87F24">
        <w:rPr>
          <w:rFonts w:ascii="Amasis MT Pro" w:hAnsi="Amasis MT Pro"/>
          <w:lang w:val="hu-HU"/>
        </w:rPr>
        <w:t>számú önkormányzati határozatát.</w:t>
      </w:r>
    </w:p>
    <w:p w14:paraId="33939BFA" w14:textId="412167F5" w:rsidR="006B1F58" w:rsidRPr="00B87F24" w:rsidRDefault="006B1F58" w:rsidP="00B87F24">
      <w:pPr>
        <w:spacing w:after="240"/>
        <w:jc w:val="both"/>
        <w:rPr>
          <w:rFonts w:ascii="Amasis MT Pro" w:hAnsi="Amasis MT Pro" w:cs="Times New Roman"/>
          <w:lang w:val="hu-HU"/>
        </w:rPr>
      </w:pPr>
    </w:p>
    <w:p w14:paraId="6E4698E5" w14:textId="77777777" w:rsidR="00E75636" w:rsidRPr="00B87F24" w:rsidRDefault="00E75636" w:rsidP="00E75636">
      <w:pPr>
        <w:pStyle w:val="Szvegtrzsbehzssal"/>
        <w:tabs>
          <w:tab w:val="left" w:pos="567"/>
        </w:tabs>
        <w:spacing w:line="312" w:lineRule="auto"/>
        <w:ind w:left="0"/>
        <w:contextualSpacing/>
        <w:rPr>
          <w:rFonts w:ascii="Amasis MT Pro" w:hAnsi="Amasis MT Pro"/>
          <w:lang w:val="hu-HU"/>
        </w:rPr>
      </w:pPr>
      <w:r w:rsidRPr="00B87F24">
        <w:rPr>
          <w:rFonts w:ascii="Amasis MT Pro" w:hAnsi="Amasis MT Pro"/>
          <w:lang w:val="hu-HU"/>
        </w:rPr>
        <w:t>Határidő: folyamatos</w:t>
      </w:r>
    </w:p>
    <w:p w14:paraId="25648580" w14:textId="77777777" w:rsidR="00E75636" w:rsidRPr="00B87F24" w:rsidRDefault="00E75636" w:rsidP="00E75636">
      <w:pPr>
        <w:pStyle w:val="Szvegtrzsbehzssal"/>
        <w:tabs>
          <w:tab w:val="left" w:pos="567"/>
        </w:tabs>
        <w:spacing w:line="312" w:lineRule="auto"/>
        <w:ind w:left="0"/>
        <w:contextualSpacing/>
        <w:rPr>
          <w:rFonts w:ascii="Amasis MT Pro" w:hAnsi="Amasis MT Pro"/>
          <w:lang w:val="hu-HU"/>
        </w:rPr>
      </w:pPr>
      <w:r w:rsidRPr="00B87F24">
        <w:rPr>
          <w:rFonts w:ascii="Amasis MT Pro" w:hAnsi="Amasis MT Pro"/>
          <w:lang w:val="hu-HU"/>
        </w:rPr>
        <w:t>Felelős: Ispán Krisztina polgármester</w:t>
      </w:r>
    </w:p>
    <w:p w14:paraId="41DDD8AB" w14:textId="77777777" w:rsidR="006B1F58" w:rsidRPr="00B87F24" w:rsidRDefault="00000000">
      <w:pPr>
        <w:spacing w:after="360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lang w:val="hu-HU"/>
        </w:rPr>
        <w:t>Sóly, 2026.10.20.</w:t>
      </w:r>
    </w:p>
    <w:p w14:paraId="76CDEAC4" w14:textId="45AE7F01" w:rsidR="006B1F58" w:rsidRPr="00B87F24" w:rsidRDefault="00B50F95" w:rsidP="00B50F95">
      <w:pPr>
        <w:spacing w:after="40"/>
        <w:jc w:val="center"/>
        <w:rPr>
          <w:rFonts w:ascii="Amasis MT Pro" w:hAnsi="Amasis MT Pro" w:cs="Times New Roman"/>
          <w:lang w:val="hu-HU"/>
        </w:rPr>
      </w:pPr>
      <w:r w:rsidRPr="00B87F24">
        <w:rPr>
          <w:rFonts w:ascii="Amasis MT Pro" w:hAnsi="Amasis MT Pro" w:cs="Times New Roman"/>
          <w:b/>
          <w:lang w:val="hu-HU"/>
        </w:rPr>
        <w:t xml:space="preserve">                                                 </w:t>
      </w:r>
      <w:r w:rsidR="005A2FEB" w:rsidRPr="00B87F24">
        <w:rPr>
          <w:rFonts w:ascii="Amasis MT Pro" w:hAnsi="Amasis MT Pro" w:cs="Times New Roman"/>
          <w:b/>
          <w:lang w:val="hu-HU"/>
        </w:rPr>
        <w:t xml:space="preserve"> Ispán Krisztina</w:t>
      </w:r>
    </w:p>
    <w:p w14:paraId="54B44874" w14:textId="20F67662" w:rsidR="006B1F58" w:rsidRPr="00B87F24" w:rsidRDefault="00B87F24" w:rsidP="00B87F24">
      <w:pPr>
        <w:spacing w:after="40"/>
        <w:jc w:val="center"/>
        <w:rPr>
          <w:rFonts w:ascii="Amasis MT Pro" w:hAnsi="Amasis MT Pro" w:cs="Times New Roman"/>
          <w:lang w:val="hu-HU"/>
        </w:rPr>
      </w:pPr>
      <w:r>
        <w:rPr>
          <w:rFonts w:ascii="Amasis MT Pro" w:hAnsi="Amasis MT Pro" w:cs="Times New Roman"/>
          <w:lang w:val="hu-HU"/>
        </w:rPr>
        <w:t xml:space="preserve">                                                     </w:t>
      </w:r>
      <w:r w:rsidR="005A2FEB" w:rsidRPr="00B87F24">
        <w:rPr>
          <w:rFonts w:ascii="Amasis MT Pro" w:hAnsi="Amasis MT Pro" w:cs="Times New Roman"/>
          <w:lang w:val="hu-HU"/>
        </w:rPr>
        <w:t>polgármester</w:t>
      </w:r>
    </w:p>
    <w:sectPr w:rsidR="006B1F58" w:rsidRPr="00B87F2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masis MT Pro">
    <w:charset w:val="EE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A35291"/>
    <w:multiLevelType w:val="hybridMultilevel"/>
    <w:tmpl w:val="A6F6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611965">
    <w:abstractNumId w:val="8"/>
  </w:num>
  <w:num w:numId="2" w16cid:durableId="1205631398">
    <w:abstractNumId w:val="6"/>
  </w:num>
  <w:num w:numId="3" w16cid:durableId="727613200">
    <w:abstractNumId w:val="5"/>
  </w:num>
  <w:num w:numId="4" w16cid:durableId="1528761260">
    <w:abstractNumId w:val="4"/>
  </w:num>
  <w:num w:numId="5" w16cid:durableId="797261981">
    <w:abstractNumId w:val="7"/>
  </w:num>
  <w:num w:numId="6" w16cid:durableId="881288423">
    <w:abstractNumId w:val="3"/>
  </w:num>
  <w:num w:numId="7" w16cid:durableId="1712805179">
    <w:abstractNumId w:val="2"/>
  </w:num>
  <w:num w:numId="8" w16cid:durableId="1077283651">
    <w:abstractNumId w:val="1"/>
  </w:num>
  <w:num w:numId="9" w16cid:durableId="1863667636">
    <w:abstractNumId w:val="0"/>
  </w:num>
  <w:num w:numId="10" w16cid:durableId="72241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BFB"/>
    <w:rsid w:val="001175CC"/>
    <w:rsid w:val="0015074B"/>
    <w:rsid w:val="0029639D"/>
    <w:rsid w:val="00313DE2"/>
    <w:rsid w:val="00326F90"/>
    <w:rsid w:val="00420CD3"/>
    <w:rsid w:val="004A6F9A"/>
    <w:rsid w:val="004F1EF5"/>
    <w:rsid w:val="005A2FEB"/>
    <w:rsid w:val="0064179A"/>
    <w:rsid w:val="006A4D5A"/>
    <w:rsid w:val="006B1F58"/>
    <w:rsid w:val="008461C7"/>
    <w:rsid w:val="00861FAA"/>
    <w:rsid w:val="008940AD"/>
    <w:rsid w:val="00957B27"/>
    <w:rsid w:val="00A93255"/>
    <w:rsid w:val="00AA1D8D"/>
    <w:rsid w:val="00AA2E15"/>
    <w:rsid w:val="00B47730"/>
    <w:rsid w:val="00B50F95"/>
    <w:rsid w:val="00B87F24"/>
    <w:rsid w:val="00C9282C"/>
    <w:rsid w:val="00CB0664"/>
    <w:rsid w:val="00E756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B9DC7"/>
  <w14:defaultImageDpi w14:val="300"/>
  <w15:docId w15:val="{D3EA3B1D-59CC-4537-AAE0-77DA0F15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rial" w:hAnsi="Arial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Vltozat">
    <w:name w:val="Revision"/>
    <w:hidden/>
    <w:uiPriority w:val="99"/>
    <w:semiHidden/>
    <w:rsid w:val="00AA2E15"/>
    <w:pPr>
      <w:spacing w:after="0" w:line="240" w:lineRule="auto"/>
    </w:pPr>
    <w:rPr>
      <w:rFonts w:ascii="Arial" w:hAnsi="Arial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A4D5A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A4D5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840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Jegyző</cp:lastModifiedBy>
  <cp:revision>5</cp:revision>
  <cp:lastPrinted>2026-10-20T08:12:00Z</cp:lastPrinted>
  <dcterms:created xsi:type="dcterms:W3CDTF">2026-10-21T11:38:00Z</dcterms:created>
  <dcterms:modified xsi:type="dcterms:W3CDTF">2026-10-22T08:12:00Z</dcterms:modified>
  <cp:category/>
</cp:coreProperties>
</file>